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10: Particle Model Comic Explainer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10 summative. Choose one change: an ice pop melting, a puddle drying, salt dissolving, fog on a mirror, or eulachon oil rising (Gr 6). Show it in 4 panels. Each panel needs a picture, a zoomed-in particle circle, and a caption.</w:t>
      </w:r>
    </w:p>
    <w:p>
      <w:pPr>
        <w:spacing w:after="120" w:before="0"/>
      </w:pPr>
      <w:r>
        <w:rPr>
          <w:b w:val="0"/>
          <w:i w:val="0"/>
          <w:sz w:val="22"/>
        </w:rPr>
        <w:t>My change: _________________________________________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Panel 1</w:t>
            </w:r>
          </w:p>
          <w:p/>
          <w:p/>
          <w:p/>
          <w:p/>
          <w:p/>
          <w:p/>
          <w:p/>
          <w:p/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Caption: ________________________________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______________________________________</w:t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Panel 2</w:t>
            </w:r>
          </w:p>
          <w:p/>
          <w:p/>
          <w:p/>
          <w:p/>
          <w:p/>
          <w:p/>
          <w:p/>
          <w:p/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Caption: ________________________________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______________________________________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Panel 3</w:t>
            </w:r>
          </w:p>
          <w:p/>
          <w:p/>
          <w:p/>
          <w:p/>
          <w:p/>
          <w:p/>
          <w:p/>
          <w:p/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Caption: ________________________________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______________________________________</w:t>
            </w:r>
          </w:p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Panel 4</w:t>
            </w:r>
          </w:p>
          <w:p/>
          <w:p/>
          <w:p/>
          <w:p/>
          <w:p/>
          <w:p/>
          <w:p/>
          <w:p/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Caption: ________________________________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______________________________________</w:t>
            </w:r>
          </w:p>
        </w:tc>
      </w:tr>
    </w:tbl>
    <w:p>
      <w:pPr>
        <w:spacing w:after="40" w:before="120"/>
      </w:pPr>
      <w:r>
        <w:rPr>
          <w:b/>
          <w:i w:val="0"/>
          <w:sz w:val="22"/>
        </w:rPr>
        <w:t>Checklist: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showed particles before and after the change.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used at least 3 unit words (particle, melt, dissolve, evaporate ...).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said whether the change is physical and whether it is reversible.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